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Yu Gothic" w:hAnsi="Yu Gothic" w:eastAsia="Yu Gothic"/>
          <w:b w:val="0"/>
          <w:color w:val="666666"/>
          <w:sz w:val="18"/>
        </w:rPr>
        <w:t>プレスリリーステンプレート｜イベント・キャンペーン告知（記入欄つき例文）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冒頭の表記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報道関係者各位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【配信日】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タイトル</w:t>
      </w:r>
    </w:p>
    <w:p>
      <w:pPr>
        <w:spacing w:after="0"/>
      </w:pPr>
      <w:r>
        <w:rPr>
          <w:rFonts w:ascii="Yu Gothic" w:hAnsi="Yu Gothic" w:eastAsia="Yu Gothic"/>
          <w:b/>
          <w:sz w:val="26"/>
        </w:rPr>
        <w:t>【会社名】、【対象者】向けの【イベント・キャンペーン名】を【開催日・期間】に【開催場所・オンライン】で開催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サブタイトル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【参加して得られること】を【形式（体験会・講演・割引など）】で提供。【申込締切】まで【申込方法】で受付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リード文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【会社名】（本社: 【所在地】、代表取締役: 【代表者名】）は、【開催日・期間】に【イベント・キャンペーン名】を【開催場所】で開催します。【対象者】が【参加して得られること】を目的とした【形式】で、参加費は【参加費】、定員は【定員】です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開催の背景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対象者】の間では、【具体的な課題や関心（根拠となる事実）】が見られます。【会社名】はこれまで【自社で確認できる活動・実施の記録】を行ってきました。その中で寄せられた【声・要望】に応えるため、本企画を実施します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開催概要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名称: 【イベント・キャンペーン名】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日時・期間: 【日付と時間】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会場: 【会場名と住所、またはオンラインの形式】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対象: 【対象者】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参加費: 【参加費】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定員: 【定員】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申込方法: 【申込URL・締切日】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当日の内容・見どころ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【プログラム1（時間・内容・登壇者）】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【プログラム2（時間・内容・登壇者）】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【会場で体験できること・参加特典】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主催者のコメント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【役職】【氏名】は次のように述べています。「【この企画で届けたい価値】を、【対象者】に直接体験していただきたいと考えています。【当日への思い・今後の展開】」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取材のご案内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報道関係者の取材を受け付けます。ご希望の方は【取材申込の締切日】までに【連絡先】へお申し込みください。撮影できる範囲: 【撮影できる場面・できない場面】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添付する画像・素材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【告知画像・ポスター】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【過去に開催した時の写真（権利を持つもの）】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【会場の写真・地図】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【登壇者の写真】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会社概要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会社名: 【会社名】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代表者: 【代表者名】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所在地: 【所在地】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設立: 【設立年月】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事業内容: 【事業内容】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URL: 【公式サイトのURL】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報道関係者のお問い合わせ先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 広報担当: 【氏名】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電話: 【電話番号】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メール: 【メールアドレス】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受付時間: 【曜日・時間】</w:t>
      </w:r>
    </w:p>
    <w:p>
      <w:pPr>
        <w:spacing w:before="200"/>
        <w:jc w:val="right"/>
      </w:pPr>
      <w:r>
        <w:rPr>
          <w:rFonts w:ascii="Yu Gothic" w:hAnsi="Yu Gothic" w:eastAsia="Yu Gothic"/>
          <w:b w:val="0"/>
          <w:color w:val="888888"/>
          <w:sz w:val="16"/>
        </w:rPr>
        <w:t>記入欄【 】をご自身の情報に置き換えてお使いください。Mirai&amp;株式会社（https://miraiand.com/）作成</w:t>
      </w:r>
    </w:p>
    <w:sectPr w:rsidR="00FC693F" w:rsidRPr="0006063C" w:rsidSect="00034616">
      <w:pgSz w:w="11906" w:h="16838"/>
      <w:pgMar w:top="907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プレスリリーステンプレート｜イベント・キャンペーン告知（記入欄つき例文）</dc:title>
  <dc:subject>プレスリリースのテンプレート</dc:subject>
  <dc:creator>Mirai&amp;株式会社</dc:creator>
  <cp:keywords>プレスリリース,テンプレート</cp:keywords>
  <dc:description/>
  <cp:lastModifiedBy>Mirai&amp;株式会社</cp:lastModifiedBy>
  <cp:revision>1</cp:revision>
  <dcterms:created xsi:type="dcterms:W3CDTF">2026-10-12T07:23:18Z</dcterms:created>
  <dcterms:modified xsi:type="dcterms:W3CDTF">2026-10-12T07:23:18Z</dcterms:modified>
  <cp:category/>
</cp:coreProperties>
</file>