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Yu Gothic" w:hAnsi="Yu Gothic" w:eastAsia="Yu Gothic"/>
          <w:b w:val="0"/>
          <w:color w:val="666666"/>
          <w:sz w:val="18"/>
        </w:rPr>
        <w:t>プレスリリーステンプレート｜新商品・新サービス発表（記入欄つき例文）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冒頭の表記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報道関係者各位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【配信日】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【会社名】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タイトル</w:t>
      </w:r>
    </w:p>
    <w:p>
      <w:pPr>
        <w:spacing w:after="0"/>
      </w:pPr>
      <w:r>
        <w:rPr>
          <w:rFonts w:ascii="Yu Gothic" w:hAnsi="Yu Gothic" w:eastAsia="Yu Gothic"/>
          <w:b/>
          <w:sz w:val="26"/>
        </w:rPr>
        <w:t>【会社名】、【誰向けか】の【困りごと】を解決する【商品・サービス名】を【発売日・提供開始日】に発売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サブタイトル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【これまでの方法】では難しかった【できるようになること】を、【特徴を一言で】で実現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リード文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【会社名】（本社: 【所在地】、代表取締役: 【代表者名】）は、【対象者】向けの【商品・サービス名】を【発売日・提供開始日】より【販売場所・販売方法】で発売します。【商品・サービス名】は、【対象者】が抱える【困りごと】を【特徴】によって解決する【商品カテゴリ】です。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開発の背景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業界・市場】では、【具体的な課題】が続いています。【会社名】にも【自社で確認できる事実（お客様の声・問い合わせ内容など）】が寄せられており、この課題に応えるために【商品・サービス名】を開発しました。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商品・サービスの特徴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特徴1: 【特徴】によって、【使う前の状況】が【使った後の状況】に変わります。特徴2: 【特徴と、それで変わること】。特徴3: 【特徴と、それで変わること】。数値を書く場合は【測定方法・期間・出典】を必ず添えます。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代表者・担当者のコメント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役職】【氏名】は次のように述べています。「【この商品で解決したい課題】に、【対象者】がこれまで十分な手段を持てずにいました。【商品・サービス名】で【実現したい状態】をつくりたいと考えています。【今後の展開】」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商品・サービスの概要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名称: 【商品・サービス名】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価格: 【価格（税込・税別を明記）】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発売日・提供開始日: 【日付】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販売場所・申込方法: 【店舗・URL】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仕様: 【サイズ・内容量・対応範囲など】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添付する画像・素材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【商品の写真（単体と使用シーン）】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【ロゴ】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【代表者・担当者の写真】。自社で権利を持つ素材だけを添付します。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会社概要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会社名: 【会社名】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代表者: 【代表者名】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所在地: 【所在地】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設立: 【設立年月】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事業内容: 【事業内容】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URL: 【公式サイトのURL】</w:t>
      </w:r>
    </w:p>
    <w:p>
      <w:pPr>
        <w:spacing w:before="100" w:after="40"/>
      </w:pPr>
      <w:r>
        <w:rPr>
          <w:rFonts w:ascii="Yu Gothic" w:hAnsi="Yu Gothic" w:eastAsia="Yu Gothic"/>
          <w:b/>
          <w:color w:val="1F4E79"/>
          <w:sz w:val="18"/>
        </w:rPr>
        <w:t>■ 報道関係者のお問い合わせ先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【会社名】 広報担当: 【氏名】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電話: 【電話番号】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メール: 【メールアドレス】</w:t>
      </w:r>
    </w:p>
    <w:p>
      <w:pPr>
        <w:spacing w:after="0"/>
      </w:pPr>
      <w:r>
        <w:rPr>
          <w:rFonts w:ascii="Yu Gothic" w:hAnsi="Yu Gothic" w:eastAsia="Yu Gothic"/>
          <w:b w:val="0"/>
          <w:sz w:val="20"/>
        </w:rPr>
        <w:t>受付時間: 【曜日・時間】</w:t>
      </w:r>
    </w:p>
    <w:p>
      <w:pPr>
        <w:spacing w:before="200"/>
        <w:jc w:val="right"/>
      </w:pPr>
      <w:r>
        <w:rPr>
          <w:rFonts w:ascii="Yu Gothic" w:hAnsi="Yu Gothic" w:eastAsia="Yu Gothic"/>
          <w:b w:val="0"/>
          <w:color w:val="888888"/>
          <w:sz w:val="16"/>
        </w:rPr>
        <w:t>記入欄【 】をご自身の情報に置き換えてお使いください。Mirai&amp;株式会社（https://miraiand.com/）作成</w:t>
      </w:r>
    </w:p>
    <w:sectPr w:rsidR="00FC693F" w:rsidRPr="0006063C" w:rsidSect="00034616">
      <w:pgSz w:w="11906" w:h="16838"/>
      <w:pgMar w:top="907" w:right="1247" w:bottom="79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プレスリリーステンプレート｜新商品・新サービス発表（記入欄つき例文）</dc:title>
  <dc:subject>プレスリリースのテンプレート</dc:subject>
  <dc:creator>Mirai&amp;株式会社</dc:creator>
  <cp:keywords>プレスリリース,テンプレート</cp:keywords>
  <dc:description/>
  <cp:lastModifiedBy>Mirai&amp;株式会社</cp:lastModifiedBy>
  <cp:revision>1</cp:revision>
  <dcterms:created xsi:type="dcterms:W3CDTF">2026-10-12T07:23:18Z</dcterms:created>
  <dcterms:modified xsi:type="dcterms:W3CDTF">2026-10-12T07:23:18Z</dcterms:modified>
  <cp:category/>
</cp:coreProperties>
</file>